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D85CA" w14:textId="77777777" w:rsidR="00463D6F" w:rsidRDefault="0067128E">
      <w:pPr>
        <w:pStyle w:val="Heading1"/>
        <w:jc w:val="center"/>
        <w:rPr>
          <w:color w:val="auto"/>
        </w:rPr>
      </w:pPr>
      <w:r>
        <w:rPr>
          <w:noProof/>
          <w:color w:val="auto"/>
          <w:lang w:val="en-GB" w:eastAsia="en-GB"/>
        </w:rPr>
        <w:drawing>
          <wp:anchor distT="0" distB="0" distL="114300" distR="114300" simplePos="0" relativeHeight="251659776" behindDoc="0" locked="0" layoutInCell="1" allowOverlap="1" wp14:anchorId="271EAFA8" wp14:editId="5F457813">
            <wp:simplePos x="0" y="0"/>
            <wp:positionH relativeFrom="column">
              <wp:posOffset>8526780</wp:posOffset>
            </wp:positionH>
            <wp:positionV relativeFrom="paragraph">
              <wp:posOffset>-91440</wp:posOffset>
            </wp:positionV>
            <wp:extent cx="619125" cy="59436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Logo5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71C6C03" wp14:editId="68687346">
            <wp:simplePos x="0" y="0"/>
            <wp:positionH relativeFrom="column">
              <wp:posOffset>-22860</wp:posOffset>
            </wp:positionH>
            <wp:positionV relativeFrom="paragraph">
              <wp:posOffset>-99695</wp:posOffset>
            </wp:positionV>
            <wp:extent cx="619125" cy="59436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Logo5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auto"/>
        </w:rPr>
        <w:t>Job Specification: KS2 Class Teacher – Broomwood Primary School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522"/>
        <w:gridCol w:w="3523"/>
        <w:gridCol w:w="3825"/>
        <w:gridCol w:w="3520"/>
      </w:tblGrid>
      <w:tr w:rsidR="00463D6F" w14:paraId="3216780B" w14:textId="77777777">
        <w:tc>
          <w:tcPr>
            <w:tcW w:w="1224" w:type="pct"/>
            <w:shd w:val="clear" w:color="auto" w:fill="EAF1DD" w:themeFill="accent3" w:themeFillTint="33"/>
          </w:tcPr>
          <w:p w14:paraId="0BA283B5" w14:textId="77777777" w:rsidR="00463D6F" w:rsidRDefault="0067128E">
            <w:r>
              <w:t>Category</w:t>
            </w:r>
          </w:p>
        </w:tc>
        <w:tc>
          <w:tcPr>
            <w:tcW w:w="1224" w:type="pct"/>
            <w:shd w:val="clear" w:color="auto" w:fill="EAF1DD" w:themeFill="accent3" w:themeFillTint="33"/>
          </w:tcPr>
          <w:p w14:paraId="74A36AC0" w14:textId="77777777" w:rsidR="00463D6F" w:rsidRDefault="0067128E">
            <w:r>
              <w:t>Essential</w:t>
            </w:r>
          </w:p>
        </w:tc>
        <w:tc>
          <w:tcPr>
            <w:tcW w:w="1329" w:type="pct"/>
            <w:shd w:val="clear" w:color="auto" w:fill="EAF1DD" w:themeFill="accent3" w:themeFillTint="33"/>
          </w:tcPr>
          <w:p w14:paraId="3C434A33" w14:textId="77777777" w:rsidR="00463D6F" w:rsidRDefault="0067128E">
            <w:r>
              <w:t>Desirable</w:t>
            </w:r>
          </w:p>
        </w:tc>
        <w:tc>
          <w:tcPr>
            <w:tcW w:w="1224" w:type="pct"/>
            <w:shd w:val="clear" w:color="auto" w:fill="EAF1DD" w:themeFill="accent3" w:themeFillTint="33"/>
          </w:tcPr>
          <w:p w14:paraId="7C826981" w14:textId="77777777" w:rsidR="00463D6F" w:rsidRDefault="0067128E">
            <w:r>
              <w:t>How Identified / Evidenced</w:t>
            </w:r>
          </w:p>
        </w:tc>
      </w:tr>
      <w:tr w:rsidR="00463D6F" w14:paraId="5248A493" w14:textId="77777777">
        <w:tc>
          <w:tcPr>
            <w:tcW w:w="1224" w:type="pct"/>
          </w:tcPr>
          <w:p w14:paraId="23081357" w14:textId="77777777" w:rsidR="00463D6F" w:rsidRDefault="0067128E">
            <w:r>
              <w:t>Relevant Experience</w:t>
            </w:r>
          </w:p>
        </w:tc>
        <w:tc>
          <w:tcPr>
            <w:tcW w:w="1224" w:type="pct"/>
          </w:tcPr>
          <w:p w14:paraId="07DAC62D" w14:textId="77777777" w:rsidR="00463D6F" w:rsidRDefault="0067128E">
            <w:r>
              <w:t>- Experience of teaching in Key Stage 2</w:t>
            </w:r>
            <w:r>
              <w:br/>
            </w:r>
            <w:r>
              <w:t>- Experience of planning and delivering the National Curriculum</w:t>
            </w:r>
            <w:r>
              <w:br/>
              <w:t>- Experience of inclusive classroom practice</w:t>
            </w:r>
          </w:p>
          <w:p w14:paraId="6EF17074" w14:textId="77777777" w:rsidR="00463D6F" w:rsidRDefault="0067128E">
            <w:r>
              <w:t>- Experience of effectively using assessment and tracking to move learning on.</w:t>
            </w:r>
          </w:p>
        </w:tc>
        <w:tc>
          <w:tcPr>
            <w:tcW w:w="1329" w:type="pct"/>
          </w:tcPr>
          <w:p w14:paraId="3F74169D" w14:textId="77777777" w:rsidR="00463D6F" w:rsidRDefault="0067128E">
            <w:r>
              <w:t>- Experience working in a diverse and inclusive school</w:t>
            </w:r>
            <w:r>
              <w:br/>
              <w:t>- Experience supporting children with SEND or SEMH needs</w:t>
            </w:r>
          </w:p>
          <w:p w14:paraId="63946444" w14:textId="679D62BF" w:rsidR="00463D6F" w:rsidRDefault="00463D6F"/>
          <w:p w14:paraId="4ED77FBC" w14:textId="4E6F628E" w:rsidR="00463D6F" w:rsidRDefault="00463D6F"/>
        </w:tc>
        <w:tc>
          <w:tcPr>
            <w:tcW w:w="1224" w:type="pct"/>
          </w:tcPr>
          <w:p w14:paraId="3C4C32E1" w14:textId="77777777" w:rsidR="00463D6F" w:rsidRDefault="0067128E">
            <w:r>
              <w:t>- Application form</w:t>
            </w:r>
            <w:r>
              <w:br/>
              <w:t>- Interview</w:t>
            </w:r>
            <w:r>
              <w:br/>
              <w:t>- References</w:t>
            </w:r>
          </w:p>
        </w:tc>
      </w:tr>
      <w:tr w:rsidR="00463D6F" w14:paraId="17572A48" w14:textId="77777777">
        <w:tc>
          <w:tcPr>
            <w:tcW w:w="1224" w:type="pct"/>
          </w:tcPr>
          <w:p w14:paraId="47DE7624" w14:textId="77777777" w:rsidR="00463D6F" w:rsidRDefault="0067128E">
            <w:r>
              <w:t>Education and Training</w:t>
            </w:r>
          </w:p>
        </w:tc>
        <w:tc>
          <w:tcPr>
            <w:tcW w:w="1224" w:type="pct"/>
          </w:tcPr>
          <w:p w14:paraId="3C671BA5" w14:textId="77777777" w:rsidR="00463D6F" w:rsidRDefault="0067128E">
            <w:r>
              <w:t>- Qualified Teacher Status (QTS)</w:t>
            </w:r>
            <w:r>
              <w:br/>
            </w:r>
            <w:r>
              <w:t>- Evidence of ongoing professional development relevant to primary teaching</w:t>
            </w:r>
          </w:p>
          <w:p w14:paraId="5A9C573D" w14:textId="77777777" w:rsidR="00463D6F" w:rsidRDefault="00463D6F"/>
        </w:tc>
        <w:tc>
          <w:tcPr>
            <w:tcW w:w="1329" w:type="pct"/>
          </w:tcPr>
          <w:p w14:paraId="3ACBB83F" w14:textId="77777777" w:rsidR="00463D6F" w:rsidRDefault="0067128E">
            <w:r>
              <w:t>- Additional qualifications/training in trauma-informed, attachment-aware or inclusion practices</w:t>
            </w:r>
          </w:p>
        </w:tc>
        <w:tc>
          <w:tcPr>
            <w:tcW w:w="1224" w:type="pct"/>
          </w:tcPr>
          <w:p w14:paraId="346810BE" w14:textId="77777777" w:rsidR="00463D6F" w:rsidRDefault="0067128E">
            <w:r>
              <w:t>- Application form</w:t>
            </w:r>
            <w:r>
              <w:br/>
              <w:t>- Certificates</w:t>
            </w:r>
            <w:r>
              <w:br/>
              <w:t>- Interview</w:t>
            </w:r>
          </w:p>
        </w:tc>
      </w:tr>
      <w:tr w:rsidR="00463D6F" w14:paraId="5102E88F" w14:textId="77777777">
        <w:tc>
          <w:tcPr>
            <w:tcW w:w="1224" w:type="pct"/>
          </w:tcPr>
          <w:p w14:paraId="05FDDD28" w14:textId="77777777" w:rsidR="00463D6F" w:rsidRDefault="0067128E">
            <w:r>
              <w:t>Special Knowledge and Skills</w:t>
            </w:r>
          </w:p>
        </w:tc>
        <w:tc>
          <w:tcPr>
            <w:tcW w:w="1224" w:type="pct"/>
          </w:tcPr>
          <w:p w14:paraId="771A0891" w14:textId="77777777" w:rsidR="00463D6F" w:rsidRDefault="0067128E">
            <w:r>
              <w:t>- To have a clear philosophy of education</w:t>
            </w:r>
          </w:p>
          <w:p w14:paraId="3CC795FE" w14:textId="77777777" w:rsidR="00463D6F" w:rsidRDefault="0067128E">
            <w:r>
              <w:t>- Strong understanding of effective teaching and learning in KS2</w:t>
            </w:r>
            <w:r>
              <w:br/>
              <w:t>- An understanding of adaptive teaching and what it looks like in the classroom.</w:t>
            </w:r>
            <w:r>
              <w:br/>
              <w:t>- Knowledge of safeguarding and child protection</w:t>
            </w:r>
            <w:r>
              <w:br/>
              <w:t>- Ability to create a safe, respectful, and engaging classroom</w:t>
            </w:r>
            <w:r>
              <w:br/>
              <w:t xml:space="preserve">- Excellent communication and </w:t>
            </w:r>
            <w:proofErr w:type="spellStart"/>
            <w:r>
              <w:t>organisational</w:t>
            </w:r>
            <w:proofErr w:type="spellEnd"/>
            <w:r>
              <w:t xml:space="preserve"> skills</w:t>
            </w:r>
          </w:p>
          <w:p w14:paraId="4FD1F9BA" w14:textId="77777777" w:rsidR="00463D6F" w:rsidRDefault="0067128E">
            <w:r>
              <w:t>-To be able to establish close relationships with parents, governors and the community</w:t>
            </w:r>
          </w:p>
          <w:p w14:paraId="45664736" w14:textId="77777777" w:rsidR="00463D6F" w:rsidRDefault="0067128E">
            <w:r>
              <w:t>- Commitment to target setting and intervention</w:t>
            </w:r>
          </w:p>
          <w:p w14:paraId="7FC6B902" w14:textId="77777777" w:rsidR="00463D6F" w:rsidRDefault="0067128E">
            <w:r>
              <w:t xml:space="preserve">- To be a reflective </w:t>
            </w:r>
            <w:proofErr w:type="spellStart"/>
            <w:r>
              <w:t>practioner</w:t>
            </w:r>
            <w:proofErr w:type="spellEnd"/>
            <w:r>
              <w:t xml:space="preserve"> who can respond to the needs of the children, academically</w:t>
            </w:r>
          </w:p>
        </w:tc>
        <w:tc>
          <w:tcPr>
            <w:tcW w:w="1329" w:type="pct"/>
          </w:tcPr>
          <w:p w14:paraId="05B46C21" w14:textId="77777777" w:rsidR="00463D6F" w:rsidRDefault="0067128E">
            <w:r>
              <w:t>- Understanding of relational inclusion, equity and restorative practice</w:t>
            </w:r>
            <w:r>
              <w:br/>
              <w:t>- Experience with curriculum development or leadership tasks</w:t>
            </w:r>
          </w:p>
        </w:tc>
        <w:tc>
          <w:tcPr>
            <w:tcW w:w="1224" w:type="pct"/>
          </w:tcPr>
          <w:p w14:paraId="75A4DEC3" w14:textId="77777777" w:rsidR="00463D6F" w:rsidRDefault="0067128E">
            <w:r>
              <w:t>- Application form</w:t>
            </w:r>
            <w:r>
              <w:br/>
              <w:t>- Interview</w:t>
            </w:r>
            <w:r>
              <w:br/>
              <w:t>- Teaching task</w:t>
            </w:r>
            <w:r>
              <w:br/>
              <w:t>- References</w:t>
            </w:r>
          </w:p>
        </w:tc>
      </w:tr>
      <w:tr w:rsidR="00463D6F" w14:paraId="6E254EE2" w14:textId="77777777">
        <w:tc>
          <w:tcPr>
            <w:tcW w:w="1224" w:type="pct"/>
          </w:tcPr>
          <w:p w14:paraId="77A08A64" w14:textId="77777777" w:rsidR="00463D6F" w:rsidRDefault="0067128E">
            <w:r>
              <w:lastRenderedPageBreak/>
              <w:t>Additional Factors</w:t>
            </w:r>
          </w:p>
        </w:tc>
        <w:tc>
          <w:tcPr>
            <w:tcW w:w="1224" w:type="pct"/>
          </w:tcPr>
          <w:p w14:paraId="64EA135D" w14:textId="77777777" w:rsidR="00463D6F" w:rsidRDefault="0067128E">
            <w:r>
              <w:t>- A strong commitment to inclusion, equity, and high expectations for all learners</w:t>
            </w:r>
            <w:r>
              <w:br/>
              <w:t>- Reflective, adaptable, and eager to learn</w:t>
            </w:r>
            <w:r>
              <w:br/>
              <w:t>- Passion for nurturing the whole child</w:t>
            </w:r>
          </w:p>
          <w:p w14:paraId="02F5CC80" w14:textId="4201A106" w:rsidR="00463D6F" w:rsidRDefault="0067128E">
            <w:r>
              <w:t>- To be able to work independently and as part of a team</w:t>
            </w:r>
            <w:r w:rsidR="00211C4F">
              <w:t xml:space="preserve"> and with a job share effectively</w:t>
            </w:r>
          </w:p>
          <w:p w14:paraId="2AB30BB0" w14:textId="77777777" w:rsidR="00463D6F" w:rsidRDefault="0067128E">
            <w:r>
              <w:t>- To be flexible, adaptable and willing to try new initiatives.</w:t>
            </w:r>
            <w:r>
              <w:br/>
              <w:t>- Commitment to upholding the school’s values: Togetherness, Respect, Welcoming, Commitment, and Nurturing</w:t>
            </w:r>
          </w:p>
        </w:tc>
        <w:tc>
          <w:tcPr>
            <w:tcW w:w="1329" w:type="pct"/>
          </w:tcPr>
          <w:p w14:paraId="31D439D4" w14:textId="77777777" w:rsidR="00463D6F" w:rsidRDefault="0067128E">
            <w:r>
              <w:t xml:space="preserve">- Enthusiastic </w:t>
            </w:r>
            <w:proofErr w:type="gramStart"/>
            <w:r>
              <w:t>contributor</w:t>
            </w:r>
            <w:proofErr w:type="gramEnd"/>
            <w:r>
              <w:t xml:space="preserve"> to wider school life (e.g., clubs, events)</w:t>
            </w:r>
            <w:r>
              <w:br/>
              <w:t>- Interest in developing a subject specialism</w:t>
            </w:r>
          </w:p>
        </w:tc>
        <w:tc>
          <w:tcPr>
            <w:tcW w:w="1224" w:type="pct"/>
          </w:tcPr>
          <w:p w14:paraId="35BB5128" w14:textId="77777777" w:rsidR="00463D6F" w:rsidRDefault="0067128E">
            <w:r>
              <w:t>- Interview</w:t>
            </w:r>
            <w:r>
              <w:br/>
              <w:t>- Application form</w:t>
            </w:r>
            <w:r>
              <w:br/>
              <w:t>- References</w:t>
            </w:r>
          </w:p>
        </w:tc>
      </w:tr>
    </w:tbl>
    <w:p w14:paraId="28502EC3" w14:textId="77777777" w:rsidR="00463D6F" w:rsidRDefault="00463D6F"/>
    <w:sectPr w:rsidR="00463D6F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2111253">
    <w:abstractNumId w:val="8"/>
  </w:num>
  <w:num w:numId="2" w16cid:durableId="483549180">
    <w:abstractNumId w:val="6"/>
  </w:num>
  <w:num w:numId="3" w16cid:durableId="142159892">
    <w:abstractNumId w:val="5"/>
  </w:num>
  <w:num w:numId="4" w16cid:durableId="1849785606">
    <w:abstractNumId w:val="4"/>
  </w:num>
  <w:num w:numId="5" w16cid:durableId="1001927350">
    <w:abstractNumId w:val="7"/>
  </w:num>
  <w:num w:numId="6" w16cid:durableId="774518075">
    <w:abstractNumId w:val="3"/>
  </w:num>
  <w:num w:numId="7" w16cid:durableId="388842969">
    <w:abstractNumId w:val="2"/>
  </w:num>
  <w:num w:numId="8" w16cid:durableId="1970354636">
    <w:abstractNumId w:val="1"/>
  </w:num>
  <w:num w:numId="9" w16cid:durableId="1364554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D6F"/>
    <w:rsid w:val="00124AAB"/>
    <w:rsid w:val="00211C4F"/>
    <w:rsid w:val="00463D6F"/>
    <w:rsid w:val="0067128E"/>
    <w:rsid w:val="0079178F"/>
    <w:rsid w:val="00CA4A23"/>
    <w:rsid w:val="00D0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F0B95D"/>
  <w14:defaultImageDpi w14:val="300"/>
  <w15:docId w15:val="{B9D18C36-3A9D-4760-8C7C-F047C1BD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</w:style>
  <w:style w:type="paragraph" w:styleId="BodyText2">
    <w:name w:val="Body Text 2"/>
    <w:basedOn w:val="Normal"/>
    <w:link w:val="BodyText2Char"/>
    <w:uiPriority w:val="99"/>
    <w:unhideWhenUsed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</w:style>
  <w:style w:type="paragraph" w:styleId="BodyText3">
    <w:name w:val="Body Text 3"/>
    <w:basedOn w:val="Normal"/>
    <w:link w:val="BodyText3Char"/>
    <w:uiPriority w:val="99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Pr>
      <w:sz w:val="16"/>
      <w:szCs w:val="16"/>
    </w:rPr>
  </w:style>
  <w:style w:type="paragraph" w:styleId="List">
    <w:name w:val="List"/>
    <w:basedOn w:val="Normal"/>
    <w:uiPriority w:val="99"/>
    <w:unhideWhenUsed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17bc34-14f4-406e-885c-05756425d28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027224CB90DD458BA16D8323C38994" ma:contentTypeVersion="12" ma:contentTypeDescription="Create a new document." ma:contentTypeScope="" ma:versionID="19d83ef395f6796c4b9fe989279fd7c7">
  <xsd:schema xmlns:xsd="http://www.w3.org/2001/XMLSchema" xmlns:xs="http://www.w3.org/2001/XMLSchema" xmlns:p="http://schemas.microsoft.com/office/2006/metadata/properties" xmlns:ns2="9a17bc34-14f4-406e-885c-05756425d28d" targetNamespace="http://schemas.microsoft.com/office/2006/metadata/properties" ma:root="true" ma:fieldsID="0003752a30b40928ec8d4d9a1bf48cd0" ns2:_="">
    <xsd:import namespace="9a17bc34-14f4-406e-885c-05756425d2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17bc34-14f4-406e-885c-05756425d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97878a1-da09-4ecf-b7b8-ad4ee8e2f4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37C6432-F609-4473-9870-CFA5E4CFAC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C420D4A-B900-42C9-AD48-B0AB9AFA0A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3C9E12-9D38-4237-A17D-19A0FA1634FF}"/>
</file>

<file path=customXml/itemProps4.xml><?xml version="1.0" encoding="utf-8"?>
<ds:datastoreItem xmlns:ds="http://schemas.openxmlformats.org/officeDocument/2006/customXml" ds:itemID="{832098F1-6893-4215-90FE-7D5A410AF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Mary Lewis</cp:lastModifiedBy>
  <cp:revision>2</cp:revision>
  <dcterms:created xsi:type="dcterms:W3CDTF">2026-05-07T15:13:00Z</dcterms:created>
  <dcterms:modified xsi:type="dcterms:W3CDTF">2026-05-07T15:13:00Z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0x0101002B027224CB90DD458BA16D8323C38994</vt:lpwstr>
  </property>
  <property fmtid="{D5CDD505-2E9C-101B-9397-08002B2CF9AE}" pid="3" name="Order">
    <vt:r8>1703400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